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מילים ממשפחת 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לחפצים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שמות עצם הקשורים לחפצים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1. משפחת המילים של ז־כ־ר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להזכיר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2. תיאור חפצים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3. יש שורש ז־כ־ר או אין?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'זמר' הוא ז-מ-ר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במילה את האות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4.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(פמוטים)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(מתכונים)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(צעיפים)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(מזכרות)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5. כותבים על חפץ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החפץ, ממי קיבלו אותו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מבחינה דקדוקית עם המילים המבוקשות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האותיות ז,כ,ר כמו זיכרון או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רקום או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חפץ אמיתי מהבית ולתרגל עליו תיאור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רשימת מילות המחסן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על חפצים ישנים שעוברים במשפחה ושומרים זיכרון, כמו פמוט, צעיף או תמונה. בדף הזה נתרגל את המילים שקשורות לזיכרון ולתיאור חפצים כאלה.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1. משפחת המילים של ז־כ־ר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השעון הישן הוא __________ מסבא.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__________ את הסיפור מילדותה.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טוב מהחג המשפחתי.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באלבום יש הרבה __________ מהטיול.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ביקשתי מאחי __________ לי להביא את התמונה.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2. תיאור חפצים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ל'כוס'?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מבריקות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ל'שעון'?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ל'צעיף'?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ל'תמונות' (רבים)?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ל'כריות' (רבים)?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3. יש שורש ז־כ־ר או אין?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'זוכר'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'זמר'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'מזכרת'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'זכר'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'זהב'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4.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צעיפים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פמוטים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מתכונים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5. כותבים על חפץ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שלושה־ארבעה משפטים על חפץ ישן שיש במשפחה שלכם, ומי נתן אותו למי.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'זיכרון' ובמשפט נוסף במילה 'מזכרת'.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שמתאים לצעיף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ברבים: תמונה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משפחת ז־כ־ר ותיאור חפצים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