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משפחת ז־כ־ר ותיאור חפצים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ולהשלים מילים ממשפחת השורש ז-כ-ר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שמות תואר לחפצים לפי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 ורבים של שמות עצם הקשורים לחפצים משפחתיים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1. משפחת המילים של ז־כ־ר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מזכרת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זוכרת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זיכרונות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להזכיר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2. תיאור חפצים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מבריקה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רכות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3. יש שורש ז־כ־ר או אין?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האותיות ז,כ,ר נמצאות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השורש של 'זמר' הוא ז-מ-ר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האותיות ז,כ,ר נמצאות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האותיות ז,כ,ר נמצאות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אין במילה את האות כ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4. יחיד 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(חפצים)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(פמוטים)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(תמונות)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(מתכונים)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(צעיפים)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(מזכרות)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5. כותבים על חפץ מהמשפחה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החפץ, ממי קיבלו אותו ולמה הוא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נכונים מבחינה דקדוקית עם המילים המבוקשות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עם האותיות ז,כ,ר כמו זיכרון או מזכרת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רקום או ישן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לכיתה חפץ אמיתי מהבית ולתרגל עליו תיאור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על הלוח את רשימת מילות המחסן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משפחת ז־כ־ר ותיאור חפצים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למדנו על חפצים ישנים מהמשפחה, כמו פמוט או צעיף. עכשיו נתרגל מילים שקשורות אליהם.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במילים דומות, כמו ז-כ-ר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שאנחנו זוכרים מהעבר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מזכרת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ששומר זיכרון ממישהו או ממקום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שמדברת על דבר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שמדברת על יותר מדבר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משהו נראה, כמו ישן או 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לגעת בו, כמו צעיף או כוס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1. משפחת המילים של ז־כ־ר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השעון הישן הוא __________ מסבא.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סבתא __________ את הסיפור מילדותה.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לי __________ טוב מהחג המשפחתי.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באלבום יש הרבה __________ מהטיול.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ביקשתי מאחי __________ לי להביא את התמונה.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2. תיאור חפצים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המילה המתאימה לכוס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מבריקים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מבריקות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את המילה המתאימה לשעון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את המילה המתאימה לצעיף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את המילה המתאימה לתמונות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את המילה המתאימה לכריות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3. יש שורש ז־כ־ר או אין?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'זוכר' יש את השורש ז-כ-ר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'זמר' יש את השורש ז-כ-ר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'מזכרת' יש את השורש ז-כ-ר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'זכר' יש את השורש ז-כ-ר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'זהב' יש את השורש ז-כ-ר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4. יחיד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תמונות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פמוט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מזכרות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חפצים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צעיפים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צעיף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פמוטים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מזכרת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מתכונים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5. כותבים על חפץ מהמשפחה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שלושה־ארבעה משפטים על חפץ ישן שיש במשפחה שלכם, ומי נתן אותו למי.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שבו תשתמשו במילה 'זיכרון' ובמשפט נוסף במילה 'מזכרת'.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מהמשפחה של ז-כ-ר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תואר שמתאים לצעיף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ברבים: תמונה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חפצים שזוכרים – משפחת ז־כ־ר ותיאור חפצים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