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משפחת ז־כ־ר ותיאור חפצים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ולהשלים מילים ממשפחת 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שמות תואר לחפצים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של שמות עצם הקשורים לחפצים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1. משפחת המילים של ז־כ־ר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זוכרת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2. תיאור חפצים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3. יש שורש ז־כ־ר או אין?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ז,כ,ר נמצאות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האותיות ז,כ,ר נמצאות במילה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4.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(פמוטים)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5. כותבים על חפץ מהמשפחה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החפץ, ממי קיבלו אותו ולמה הוא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האותיות ז,כ,ר כמו זיכרון או מזכרת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רקום או 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חפץ אמיתי מהבית ולתרגל עליו תיאור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את רשימת מילות המחסן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משפחת ז־כ־ר ותיאור חפצים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למדנו על חפצים ישנים שעוברים במשפחה ושומרים זיכרון, כמו פמוט, צעיף או תמונה. בדף הזה נתרגל את המילים שקשורות לזיכרון ולתיאור חפצים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מזכרת  ·  זוכרת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1. משפחת המילים של ז־כ־ר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השעון הישן הוא __________ מסבא.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סבתא __________ את הסיפור מילדותה.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2. תיאור חפצים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מתאימה ל'כוס'?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מתאימה ל'שעון'?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3. יש שורש ז־כ־ר או אין?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'זוכר'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'מזכרת' יש את השורש ז-כ-ר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4.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פמוט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פמוטים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5. כותבים על חפץ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שלושה־ארבעה משפטים על חפץ ישן שיש במשפחה שלכם, ומי נתן אותו למי.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מהמשפחה של ז-כ-ר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תואר שמתאים לצעיף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משפחת ז־כ־ר ותיאור חפצים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